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3A3B4" w14:textId="77777777" w:rsidR="00BA4102" w:rsidRDefault="00000000">
      <w:pPr>
        <w:jc w:val="center"/>
      </w:pPr>
      <w:r>
        <w:rPr>
          <w:noProof/>
        </w:rPr>
        <w:drawing>
          <wp:inline distT="0" distB="0" distL="0" distR="0" wp14:anchorId="4F0AABCE" wp14:editId="676DECE1">
            <wp:extent cx="2592000" cy="10259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c_form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102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C07C2" w14:textId="77777777" w:rsidR="00BA4102" w:rsidRDefault="00000000">
      <w:pPr>
        <w:pStyle w:val="Titre"/>
        <w:jc w:val="center"/>
      </w:pPr>
      <w:r>
        <w:t>FICHE DE PARTICIPATION</w:t>
      </w:r>
    </w:p>
    <w:p w14:paraId="65526F5F" w14:textId="77777777" w:rsidR="00BA4102" w:rsidRDefault="00000000">
      <w:pPr>
        <w:jc w:val="center"/>
      </w:pPr>
      <w:r>
        <w:rPr>
          <w:b/>
          <w:color w:val="E56F35"/>
          <w:sz w:val="28"/>
        </w:rPr>
        <w:t>DIAMOND NEXT GEN CHALLENGE 2026</w:t>
      </w:r>
    </w:p>
    <w:p w14:paraId="26877DCF" w14:textId="77777777" w:rsidR="00BA4102" w:rsidRDefault="00000000">
      <w:pPr>
        <w:jc w:val="center"/>
      </w:pPr>
      <w:r>
        <w:rPr>
          <w:i/>
        </w:rPr>
        <w:t>La finance de demain a besoin de ceux qui osent la réinventer.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0"/>
      </w:tblGrid>
      <w:tr w:rsidR="00BA4102" w14:paraId="042AA2B1" w14:textId="77777777">
        <w:trPr>
          <w:jc w:val="center"/>
        </w:trPr>
        <w:tc>
          <w:tcPr>
            <w:tcW w:w="10148" w:type="dxa"/>
            <w:tcBorders>
              <w:top w:val="single" w:sz="7" w:space="0" w:color="96BD24"/>
              <w:left w:val="single" w:sz="7" w:space="0" w:color="96BD24"/>
              <w:bottom w:val="single" w:sz="7" w:space="0" w:color="96BD24"/>
              <w:right w:val="single" w:sz="7" w:space="0" w:color="96BD24"/>
            </w:tcBorders>
            <w:shd w:val="clear" w:color="auto" w:fill="E9F2E6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36F23010" w14:textId="77777777" w:rsidR="00BA4102" w:rsidRDefault="00000000">
            <w:pPr>
              <w:jc w:val="center"/>
            </w:pPr>
            <w:r>
              <w:rPr>
                <w:b/>
                <w:color w:val="0B4A2A"/>
                <w:sz w:val="17"/>
              </w:rPr>
              <w:t>3 FINALISTES  •  1 GAGNANT  •  10 000 000 FCFA DE DOTATION</w:t>
            </w:r>
          </w:p>
        </w:tc>
      </w:tr>
    </w:tbl>
    <w:p w14:paraId="72B021B6" w14:textId="77777777" w:rsidR="00BA4102" w:rsidRDefault="00BA4102">
      <w:pPr>
        <w:spacing w:after="0"/>
      </w:pPr>
    </w:p>
    <w:p w14:paraId="6A0A32E8" w14:textId="77777777" w:rsidR="00BA4102" w:rsidRDefault="00000000">
      <w:pPr>
        <w:jc w:val="center"/>
      </w:pPr>
      <w:r>
        <w:rPr>
          <w:b/>
          <w:color w:val="E56F35"/>
        </w:rPr>
        <w:t>Clôture des candidatures : 30 août 2026 à 23h59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6F45FFCB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4FEEC9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01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9885C34" w14:textId="77777777" w:rsidR="00BA4102" w:rsidRDefault="00000000">
            <w:r>
              <w:rPr>
                <w:b/>
                <w:color w:val="FFFFFF"/>
                <w:sz w:val="20"/>
              </w:rPr>
              <w:t>IDENTIFICATION DE L’ENTREPRISE</w:t>
            </w:r>
          </w:p>
        </w:tc>
      </w:tr>
    </w:tbl>
    <w:p w14:paraId="6B7304D5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C27F2D8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368D4369" w14:textId="77777777" w:rsidR="00BA4102" w:rsidRDefault="00000000">
            <w:r>
              <w:rPr>
                <w:b/>
                <w:color w:val="0B4A2A"/>
                <w:sz w:val="16"/>
              </w:rPr>
              <w:t>Nom de l’entreprise / du projet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645FD980" w14:textId="77777777" w:rsidR="00BA4102" w:rsidRDefault="00000000">
            <w:r>
              <w:rPr>
                <w:b/>
                <w:color w:val="0B4A2A"/>
                <w:sz w:val="16"/>
              </w:rPr>
              <w:t>Nom commercial</w:t>
            </w:r>
          </w:p>
        </w:tc>
      </w:tr>
      <w:tr w:rsidR="00BA4102" w14:paraId="2D23707F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339C1F29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076447CE" w14:textId="77777777" w:rsidR="00BA4102" w:rsidRDefault="00000000">
            <w:r>
              <w:t xml:space="preserve"> </w:t>
            </w:r>
          </w:p>
        </w:tc>
      </w:tr>
    </w:tbl>
    <w:p w14:paraId="439F76A1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27960B7A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5796C4B2" w14:textId="77777777" w:rsidR="00BA4102" w:rsidRDefault="00000000">
            <w:r>
              <w:rPr>
                <w:b/>
                <w:color w:val="0B4A2A"/>
                <w:sz w:val="16"/>
              </w:rPr>
              <w:t>Date de création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4E04C212" w14:textId="77777777" w:rsidR="00BA4102" w:rsidRDefault="00000000">
            <w:r>
              <w:rPr>
                <w:b/>
                <w:color w:val="0B4A2A"/>
                <w:sz w:val="16"/>
              </w:rPr>
              <w:t>Pays d’établissement (CEMAC) *</w:t>
            </w:r>
          </w:p>
        </w:tc>
      </w:tr>
      <w:tr w:rsidR="00BA4102" w14:paraId="7F4F7147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4243001E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F684C9A" w14:textId="77777777" w:rsidR="00BA4102" w:rsidRDefault="00000000">
            <w:r>
              <w:t xml:space="preserve"> </w:t>
            </w:r>
          </w:p>
        </w:tc>
      </w:tr>
    </w:tbl>
    <w:p w14:paraId="25B9BFFC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7D26FB05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6206DE84" w14:textId="77777777" w:rsidR="00BA4102" w:rsidRDefault="00000000">
            <w:r>
              <w:rPr>
                <w:b/>
                <w:color w:val="0B4A2A"/>
                <w:sz w:val="16"/>
              </w:rPr>
              <w:t>Forme juridique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3C936218" w14:textId="77777777" w:rsidR="00BA4102" w:rsidRDefault="00000000">
            <w:r>
              <w:rPr>
                <w:b/>
                <w:color w:val="0B4A2A"/>
                <w:sz w:val="16"/>
              </w:rPr>
              <w:t>N° d’immatriculation</w:t>
            </w:r>
          </w:p>
        </w:tc>
      </w:tr>
      <w:tr w:rsidR="00BA4102" w14:paraId="53DBE2F2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5B78F9E2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4B1731BC" w14:textId="77777777" w:rsidR="00BA4102" w:rsidRDefault="00000000">
            <w:r>
              <w:t xml:space="preserve"> </w:t>
            </w:r>
          </w:p>
        </w:tc>
      </w:tr>
    </w:tbl>
    <w:p w14:paraId="359E3C1A" w14:textId="77777777" w:rsidR="00BA4102" w:rsidRDefault="00BA4102">
      <w:pPr>
        <w:spacing w:after="0"/>
      </w:pPr>
    </w:p>
    <w:p w14:paraId="1274714A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Adresse du siège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3D304621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82ACE1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FFF45AA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5E2C7CDA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7F207740" w14:textId="77777777" w:rsidR="00BA4102" w:rsidRDefault="00000000">
            <w:r>
              <w:rPr>
                <w:b/>
                <w:color w:val="0B4A2A"/>
                <w:sz w:val="16"/>
              </w:rPr>
              <w:t>Site internet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1B8BD30E" w14:textId="77777777" w:rsidR="00BA4102" w:rsidRDefault="00000000">
            <w:r>
              <w:rPr>
                <w:b/>
                <w:color w:val="0B4A2A"/>
                <w:sz w:val="16"/>
              </w:rPr>
              <w:t>Réseaux sociaux</w:t>
            </w:r>
          </w:p>
        </w:tc>
      </w:tr>
      <w:tr w:rsidR="00BA4102" w14:paraId="7FFAD6A1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BBE9CF2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0A97E362" w14:textId="77777777" w:rsidR="00BA4102" w:rsidRDefault="00000000">
            <w:r>
              <w:t xml:space="preserve"> </w:t>
            </w:r>
          </w:p>
        </w:tc>
      </w:tr>
    </w:tbl>
    <w:p w14:paraId="5508C8E3" w14:textId="77777777" w:rsidR="00BA4102" w:rsidRDefault="00BA4102">
      <w:pPr>
        <w:spacing w:after="0"/>
      </w:pPr>
    </w:p>
    <w:p w14:paraId="4D0F839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Secteur principal *</w:t>
      </w:r>
    </w:p>
    <w:p w14:paraId="6738B4A9" w14:textId="77777777" w:rsidR="00BA4102" w:rsidRDefault="00000000">
      <w:pPr>
        <w:spacing w:after="60"/>
      </w:pPr>
      <w:r>
        <w:rPr>
          <w:sz w:val="17"/>
        </w:rPr>
        <w:t>☐ Fintech     ☐ Services financiers     ☐ Technologie     ☐ Paiements     ☐ Data / IA     ☐ Autre : __________________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1B2C0D19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577B20E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02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BF683D3" w14:textId="77777777" w:rsidR="00BA4102" w:rsidRDefault="00000000">
            <w:r>
              <w:rPr>
                <w:b/>
                <w:color w:val="FFFFFF"/>
                <w:sz w:val="20"/>
              </w:rPr>
              <w:t>CONTACT PRINCIPAL</w:t>
            </w:r>
          </w:p>
        </w:tc>
      </w:tr>
    </w:tbl>
    <w:p w14:paraId="03FF2A96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342DBAC2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6F11804D" w14:textId="77777777" w:rsidR="00BA4102" w:rsidRDefault="00000000">
            <w:r>
              <w:rPr>
                <w:b/>
                <w:color w:val="0B4A2A"/>
                <w:sz w:val="16"/>
              </w:rPr>
              <w:t>Nom et prénom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0D73F293" w14:textId="77777777" w:rsidR="00BA4102" w:rsidRDefault="00000000">
            <w:r>
              <w:rPr>
                <w:b/>
                <w:color w:val="0B4A2A"/>
                <w:sz w:val="16"/>
              </w:rPr>
              <w:t>Fonction *</w:t>
            </w:r>
          </w:p>
        </w:tc>
      </w:tr>
      <w:tr w:rsidR="00BA4102" w14:paraId="385FB734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596277A5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3194E69C" w14:textId="77777777" w:rsidR="00BA4102" w:rsidRDefault="00000000">
            <w:r>
              <w:t xml:space="preserve"> </w:t>
            </w:r>
          </w:p>
        </w:tc>
      </w:tr>
    </w:tbl>
    <w:p w14:paraId="4B041923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EF1607C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774525FC" w14:textId="77777777" w:rsidR="00BA4102" w:rsidRDefault="00000000">
            <w:r>
              <w:rPr>
                <w:b/>
                <w:color w:val="0B4A2A"/>
                <w:sz w:val="16"/>
              </w:rPr>
              <w:t>Téléphone / WhatsApp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32CF1F52" w14:textId="77777777" w:rsidR="00BA4102" w:rsidRDefault="00000000">
            <w:r>
              <w:rPr>
                <w:b/>
                <w:color w:val="0B4A2A"/>
                <w:sz w:val="16"/>
              </w:rPr>
              <w:t>Adresse e-mail *</w:t>
            </w:r>
          </w:p>
        </w:tc>
      </w:tr>
      <w:tr w:rsidR="00BA4102" w14:paraId="0D53541F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D0F4AC4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6EB4133F" w14:textId="77777777" w:rsidR="00BA4102" w:rsidRDefault="00000000">
            <w:r>
              <w:t xml:space="preserve"> </w:t>
            </w:r>
          </w:p>
        </w:tc>
      </w:tr>
    </w:tbl>
    <w:p w14:paraId="50CEE308" w14:textId="77777777" w:rsidR="00BA4102" w:rsidRDefault="00BA4102">
      <w:pPr>
        <w:spacing w:after="0"/>
      </w:pPr>
    </w:p>
    <w:p w14:paraId="2BE88578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Autres fondateurs / membres clés de l’équipe (nom, fonction, expertise)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677C845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2552516" w14:textId="77777777" w:rsidR="00BA4102" w:rsidRDefault="00000000">
            <w:pPr>
              <w:spacing w:after="0"/>
            </w:pPr>
            <w:r>
              <w:lastRenderedPageBreak/>
              <w:t xml:space="preserve"> </w:t>
            </w:r>
          </w:p>
        </w:tc>
      </w:tr>
      <w:tr w:rsidR="00BA4102" w14:paraId="5DFD101E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EED3AF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506033AD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592E6CE5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5AB5974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03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6993764E" w14:textId="77777777" w:rsidR="00BA4102" w:rsidRDefault="00000000">
            <w:r>
              <w:rPr>
                <w:b/>
                <w:color w:val="FFFFFF"/>
                <w:sz w:val="20"/>
              </w:rPr>
              <w:t>LE PROBLÈME ET LA SOLUTION</w:t>
            </w:r>
          </w:p>
        </w:tc>
      </w:tr>
    </w:tbl>
    <w:p w14:paraId="65146FDF" w14:textId="77777777" w:rsidR="00BA4102" w:rsidRDefault="00BA4102">
      <w:pPr>
        <w:spacing w:after="0"/>
      </w:pPr>
    </w:p>
    <w:p w14:paraId="5C14A051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Quel problème concret cherchez-vous à résoudre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10D676B0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E57294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B7C0E5F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E93E9C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5A1CDFD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1402A4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28E9A3AF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B683C9A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26392BD8" w14:textId="77777777" w:rsidR="00BA4102" w:rsidRDefault="00BA4102">
      <w:pPr>
        <w:spacing w:after="0"/>
      </w:pPr>
    </w:p>
    <w:p w14:paraId="7A53CAF1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Qui est concerné par ce problème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632CAD04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B9D78B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C66591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3F656A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5D73E7AC" w14:textId="77777777" w:rsidR="00BA4102" w:rsidRDefault="00BA4102">
      <w:pPr>
        <w:spacing w:after="0"/>
      </w:pPr>
    </w:p>
    <w:p w14:paraId="428B8D0C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Pourquoi les solutions actuelles sont-elles insuffisantes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1581BB8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EAEDDD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DA2CBF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D0400E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21A356E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976E7B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1249C173" w14:textId="77777777" w:rsidR="00BA4102" w:rsidRDefault="00BA4102">
      <w:pPr>
        <w:spacing w:after="0"/>
      </w:pPr>
    </w:p>
    <w:p w14:paraId="328F10FA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Décrivez votre solution et son fonctionnement.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31043806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58B032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740770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9E5FDA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9A0545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F22804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CCDDE9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6CFCBE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52BEBE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0E03A5D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41051EBC" w14:textId="77777777" w:rsidR="00BA4102" w:rsidRDefault="00BA4102">
      <w:pPr>
        <w:spacing w:after="0"/>
      </w:pPr>
    </w:p>
    <w:p w14:paraId="7C78DFC5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Qu’apporte-t-elle de différent ou d’innovant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20D68B79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42D81BA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C8AC647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1B15EB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7EE85B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2E5760D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48BE79C" w14:textId="77777777" w:rsidR="00BA4102" w:rsidRDefault="00BA4102">
      <w:pPr>
        <w:spacing w:after="0"/>
      </w:pPr>
    </w:p>
    <w:p w14:paraId="364145B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À quel besoin financier répond-elle principalement ? *</w:t>
      </w:r>
    </w:p>
    <w:p w14:paraId="011CECBB" w14:textId="77777777" w:rsidR="00BA4102" w:rsidRDefault="00000000">
      <w:pPr>
        <w:spacing w:after="60"/>
      </w:pPr>
      <w:r>
        <w:rPr>
          <w:sz w:val="17"/>
        </w:rPr>
        <w:t>☐ Financement des PME     ☐ Épargne / investissement     ☐ Inclusion financière     ☐ Paiements     ☐ Marchés de capitaux     ☐ KYC / conformité     ☐ Gestion des risques     ☐ Autre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00F1BFFC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DB27496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04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22F703D" w14:textId="77777777" w:rsidR="00BA4102" w:rsidRDefault="00000000">
            <w:r>
              <w:rPr>
                <w:b/>
                <w:color w:val="FFFFFF"/>
                <w:sz w:val="20"/>
              </w:rPr>
              <w:t>NIVEAU DE MATURITÉ</w:t>
            </w:r>
          </w:p>
        </w:tc>
      </w:tr>
    </w:tbl>
    <w:p w14:paraId="555EE8A2" w14:textId="77777777" w:rsidR="00BA4102" w:rsidRDefault="00BA4102">
      <w:pPr>
        <w:spacing w:after="0"/>
      </w:pPr>
    </w:p>
    <w:p w14:paraId="350F70A3" w14:textId="77777777" w:rsidR="00BA4102" w:rsidRDefault="00000000">
      <w:pPr>
        <w:spacing w:after="60"/>
      </w:pPr>
      <w:r>
        <w:rPr>
          <w:sz w:val="17"/>
        </w:rPr>
        <w:t>☐ Prototype fonctionnel     ☐ MVP     ☐ Pilote en cours     ☐ Solution commercialisée</w:t>
      </w:r>
    </w:p>
    <w:p w14:paraId="2C60DDB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Décrivez brièvement ce qui est déjà opérationnel.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44D60DD2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B27117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748486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2DD1A5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AE6D46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B0E9E98" w14:textId="77777777" w:rsidR="00BA4102" w:rsidRDefault="00000000">
            <w:pPr>
              <w:spacing w:after="0"/>
            </w:pPr>
            <w:r>
              <w:lastRenderedPageBreak/>
              <w:t xml:space="preserve"> </w:t>
            </w:r>
          </w:p>
        </w:tc>
      </w:tr>
    </w:tbl>
    <w:p w14:paraId="146F738C" w14:textId="77777777" w:rsidR="00BA4102" w:rsidRDefault="00BA4102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0"/>
      </w:tblGrid>
      <w:tr w:rsidR="00BA4102" w14:paraId="1A0D4DD3" w14:textId="77777777">
        <w:trPr>
          <w:jc w:val="center"/>
        </w:trPr>
        <w:tc>
          <w:tcPr>
            <w:tcW w:w="10148" w:type="dxa"/>
            <w:tcBorders>
              <w:top w:val="single" w:sz="7" w:space="0" w:color="96BD24"/>
              <w:left w:val="single" w:sz="7" w:space="0" w:color="96BD24"/>
              <w:bottom w:val="single" w:sz="7" w:space="0" w:color="96BD24"/>
              <w:right w:val="single" w:sz="7" w:space="0" w:color="96BD24"/>
            </w:tcBorders>
            <w:shd w:val="clear" w:color="auto" w:fill="FFF4D6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2B08C91" w14:textId="77777777" w:rsidR="00BA4102" w:rsidRDefault="00000000">
            <w:pPr>
              <w:jc w:val="center"/>
            </w:pPr>
            <w:r>
              <w:rPr>
                <w:b/>
                <w:color w:val="E56F35"/>
                <w:sz w:val="17"/>
              </w:rPr>
              <w:t>Les projets au stade de simple idée ne sont pas éligibles.</w:t>
            </w:r>
          </w:p>
        </w:tc>
      </w:tr>
    </w:tbl>
    <w:p w14:paraId="0B6F6582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032CC29F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B95D523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05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4E1E804C" w14:textId="77777777" w:rsidR="00BA4102" w:rsidRDefault="00000000">
            <w:r>
              <w:rPr>
                <w:b/>
                <w:color w:val="FFFFFF"/>
                <w:sz w:val="20"/>
              </w:rPr>
              <w:t>MARCHÉ, MODÈLE ÉCONOMIQUE ET TRACTION</w:t>
            </w:r>
          </w:p>
        </w:tc>
      </w:tr>
    </w:tbl>
    <w:p w14:paraId="67330D86" w14:textId="77777777" w:rsidR="00BA4102" w:rsidRDefault="00BA4102">
      <w:pPr>
        <w:spacing w:after="0"/>
      </w:pPr>
    </w:p>
    <w:p w14:paraId="2C9ABDA0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Quels sont vos clients ou utilisateurs cibles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34C0C35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7697BD7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6F9F16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212D17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AAE1E1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DAE16D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64C4AA0C" w14:textId="77777777" w:rsidR="00BA4102" w:rsidRDefault="00BA4102">
      <w:pPr>
        <w:spacing w:after="0"/>
      </w:pPr>
    </w:p>
    <w:p w14:paraId="67BC84D2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Quel est votre modèle économique ou votre trajectoire vers un modèle viable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2BCF0627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6404CC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AF3444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02BCA0E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5158603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18FB67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4CD3B44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6707F37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30679B30" w14:textId="77777777" w:rsidR="00BA4102" w:rsidRDefault="00BA4102">
      <w:pPr>
        <w:spacing w:after="0"/>
      </w:pPr>
    </w:p>
    <w:p w14:paraId="11B9411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Présentez vos principaux résultats ou preuves de marché. *</w:t>
      </w:r>
    </w:p>
    <w:p w14:paraId="0B0352EC" w14:textId="77777777" w:rsidR="00BA4102" w:rsidRDefault="00000000">
      <w:pPr>
        <w:spacing w:after="60"/>
      </w:pPr>
      <w:r>
        <w:rPr>
          <w:sz w:val="17"/>
        </w:rPr>
        <w:t>☐ Utilisateurs     ☐ Clients     ☐ Pilote     ☐ Revenus     ☐ Partenariat     ☐ Résultats mesurables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65AF32DB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990DE5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14ADC2C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D3EE7A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7EED8810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FED5547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80A31AE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989D701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A20C4D6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19D4E2CC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562C43C5" w14:textId="77777777" w:rsidR="00BA4102" w:rsidRDefault="00000000">
            <w:r>
              <w:rPr>
                <w:b/>
                <w:color w:val="0B4A2A"/>
                <w:sz w:val="16"/>
              </w:rPr>
              <w:t>Nombre d’utilisateurs / clients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7B30CA7C" w14:textId="77777777" w:rsidR="00BA4102" w:rsidRDefault="00000000">
            <w:r>
              <w:rPr>
                <w:b/>
                <w:color w:val="0B4A2A"/>
                <w:sz w:val="16"/>
              </w:rPr>
              <w:t>Chiffre d’affaires ou revenus à date</w:t>
            </w:r>
          </w:p>
        </w:tc>
      </w:tr>
      <w:tr w:rsidR="00BA4102" w14:paraId="5A6B5C46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70D6761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7843C1B6" w14:textId="77777777" w:rsidR="00BA4102" w:rsidRDefault="00000000">
            <w:r>
              <w:t xml:space="preserve"> </w:t>
            </w:r>
          </w:p>
        </w:tc>
      </w:tr>
    </w:tbl>
    <w:p w14:paraId="63BFDEB1" w14:textId="77777777" w:rsidR="00BA4102" w:rsidRDefault="00BA4102">
      <w:pPr>
        <w:spacing w:after="0"/>
      </w:pPr>
    </w:p>
    <w:p w14:paraId="52CF1067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Principaux partenaires ou références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7E739E2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CB53308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969CF75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487663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B48962A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F17386B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AB5C138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06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19C253D8" w14:textId="77777777" w:rsidR="00BA4102" w:rsidRDefault="00000000">
            <w:r>
              <w:rPr>
                <w:b/>
                <w:color w:val="FFFFFF"/>
                <w:sz w:val="20"/>
              </w:rPr>
              <w:t>IMPACT ET POTENTIEL CEMAC</w:t>
            </w:r>
          </w:p>
        </w:tc>
      </w:tr>
    </w:tbl>
    <w:p w14:paraId="48DC4E7E" w14:textId="77777777" w:rsidR="00BA4102" w:rsidRDefault="00BA4102">
      <w:pPr>
        <w:spacing w:after="0"/>
      </w:pPr>
    </w:p>
    <w:p w14:paraId="46BC07A6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Dans quel(s) pays de la CEMAC la solution est-elle déjà déployée ou testée ? *</w:t>
      </w:r>
    </w:p>
    <w:p w14:paraId="367E36E9" w14:textId="77777777" w:rsidR="00BA4102" w:rsidRDefault="00000000">
      <w:pPr>
        <w:spacing w:after="60"/>
      </w:pPr>
      <w:r>
        <w:rPr>
          <w:sz w:val="17"/>
        </w:rPr>
        <w:t>☐ Cameroun     ☐ Congo     ☐ Gabon     ☐ Tchad     ☐ RCA     ☐ Guinée équatoriale</w:t>
      </w:r>
    </w:p>
    <w:p w14:paraId="230D46B0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Quel impact économique, financier ou social votre solution peut-elle produire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5384F6CC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F5D90B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3497C09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EFCCCC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137FED0E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5283B84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7094D6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DB5EB1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AEBB6D8" w14:textId="77777777" w:rsidR="00BA4102" w:rsidRDefault="00BA4102">
      <w:pPr>
        <w:spacing w:after="0"/>
      </w:pPr>
    </w:p>
    <w:p w14:paraId="3FD2666B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Comment la solution peut-elle être déployée dans plusieurs pays de la CEMAC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48CC522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5AFEAB8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CD40EEF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6177D284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7C28CFC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E4DBFC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28C6CC3B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DA75DD0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6D95BAD6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FD5DC16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42DA7EB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07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068FA5BC" w14:textId="77777777" w:rsidR="00BA4102" w:rsidRDefault="00000000">
            <w:r>
              <w:rPr>
                <w:b/>
                <w:color w:val="FFFFFF"/>
                <w:sz w:val="20"/>
              </w:rPr>
              <w:t>ÉQUIPE ET BESOINS</w:t>
            </w:r>
          </w:p>
        </w:tc>
      </w:tr>
    </w:tbl>
    <w:p w14:paraId="5A691A12" w14:textId="77777777" w:rsidR="00BA4102" w:rsidRDefault="00BA4102">
      <w:pPr>
        <w:spacing w:after="0"/>
      </w:pPr>
    </w:p>
    <w:p w14:paraId="0D1A1BD4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Pourquoi votre équipe est-elle la mieux placée pour exécuter cette solution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49827310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DAA4E1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970A2E8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C851B2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794BAC6B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126670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67227124" w14:textId="77777777" w:rsidR="00BA4102" w:rsidRDefault="00BA4102">
      <w:pPr>
        <w:spacing w:after="0"/>
      </w:pPr>
    </w:p>
    <w:p w14:paraId="2F5B5E0D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Quels sont actuellement les trois principaux besoins de l’entreprise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6574C0ED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5F33E8B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44546DD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B1A204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8210794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60710EB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62C6425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1489B2A8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00AE62A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08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D2CA383" w14:textId="77777777" w:rsidR="00BA4102" w:rsidRDefault="00000000">
            <w:r>
              <w:rPr>
                <w:b/>
                <w:color w:val="FFFFFF"/>
                <w:sz w:val="20"/>
              </w:rPr>
              <w:t>UTILISATION DE LA DOTATION</w:t>
            </w:r>
          </w:p>
        </w:tc>
      </w:tr>
    </w:tbl>
    <w:p w14:paraId="01979740" w14:textId="77777777" w:rsidR="00BA4102" w:rsidRDefault="00BA4102">
      <w:pPr>
        <w:spacing w:after="0"/>
      </w:pPr>
    </w:p>
    <w:p w14:paraId="2F9218EA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Si vous remportez le 1er prix, que permettront d’accélérer les 5 000 000 FCFA ?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342BCE1D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2D2985C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79DB93A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F8EF1B6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23F6A041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7BCE052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78C3A563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76E97D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F793B5F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04ACAD19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18E79A8F" w14:textId="77777777" w:rsidR="00BA4102" w:rsidRDefault="00BA4102">
      <w:pPr>
        <w:spacing w:after="0"/>
      </w:pPr>
    </w:p>
    <w:p w14:paraId="08211AEC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Résultats concrets attendus dans les 6 à 12 mois suivant le Challenge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55F8A385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7912815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051D0676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EA61915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61DEDD89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458D897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3D0FAAA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DE5CC07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732D2897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087BC772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267B2B15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09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E3092C7" w14:textId="77777777" w:rsidR="00BA4102" w:rsidRDefault="00000000">
            <w:r>
              <w:rPr>
                <w:b/>
                <w:color w:val="FFFFFF"/>
                <w:sz w:val="20"/>
              </w:rPr>
              <w:t>PIÈCES À JOINDRE</w:t>
            </w:r>
          </w:p>
        </w:tc>
      </w:tr>
    </w:tbl>
    <w:p w14:paraId="0F9F0A27" w14:textId="77777777" w:rsidR="00BA4102" w:rsidRDefault="00BA4102">
      <w:pPr>
        <w:spacing w:after="0"/>
      </w:pPr>
    </w:p>
    <w:p w14:paraId="6355344F" w14:textId="77777777" w:rsidR="00BA4102" w:rsidRDefault="00000000">
      <w:pPr>
        <w:spacing w:after="60"/>
      </w:pPr>
      <w:r>
        <w:rPr>
          <w:sz w:val="17"/>
        </w:rPr>
        <w:t>☐ Pitch deck     ☐ Vidéo de démonstration     ☐ Présentation de l’équipe     ☐ Preuve d’immatriculation     ☐ Autre document utile</w:t>
      </w:r>
    </w:p>
    <w:p w14:paraId="56C4B91A" w14:textId="77777777" w:rsidR="00BA4102" w:rsidRDefault="00000000">
      <w:pPr>
        <w:ind w:left="113"/>
      </w:pPr>
      <w:r>
        <w:rPr>
          <w:i/>
          <w:color w:val="66716B"/>
          <w:sz w:val="16"/>
        </w:rPr>
        <w:t>Les candidats ne doivent pas communiquer de secrets industriels, codes sources ou informations susceptibles de compromettre leur propriété intellectuelle.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B46D53F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3FE04B1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10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5306E9DE" w14:textId="77777777" w:rsidR="00BA4102" w:rsidRDefault="00000000">
            <w:r>
              <w:rPr>
                <w:b/>
                <w:color w:val="FFFFFF"/>
                <w:sz w:val="20"/>
              </w:rPr>
              <w:t>DÉCLARATIONS DU CANDIDAT</w:t>
            </w:r>
          </w:p>
        </w:tc>
      </w:tr>
    </w:tbl>
    <w:p w14:paraId="776FA56E" w14:textId="77777777" w:rsidR="00BA4102" w:rsidRDefault="00BA4102">
      <w:pPr>
        <w:spacing w:after="0"/>
      </w:pPr>
    </w:p>
    <w:p w14:paraId="112A5B1C" w14:textId="77777777" w:rsidR="00BA4102" w:rsidRDefault="00000000">
      <w:pPr>
        <w:ind w:left="113" w:hanging="113"/>
      </w:pPr>
      <w:r>
        <w:rPr>
          <w:b/>
        </w:rPr>
        <w:lastRenderedPageBreak/>
        <w:t xml:space="preserve">☐ </w:t>
      </w:r>
      <w:r>
        <w:t>Je certifie que les informations communiquées dans cette fiche sont exactes.</w:t>
      </w:r>
    </w:p>
    <w:p w14:paraId="20F5F540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Je confirme que l’entreprise a été créée depuis moins de cinq ans à la date de clôture des candidatures.</w:t>
      </w:r>
    </w:p>
    <w:p w14:paraId="16CE54F2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Je confirme que la solution dispose au minimum d’un prototype fonctionnel, d’un MVP, d’un pilote ou d’une commercialisation.</w:t>
      </w:r>
    </w:p>
    <w:p w14:paraId="049D8057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Je confirme ma disponibilité pour participer physiquement à la finale à Douala en cas de sélection.</w:t>
      </w:r>
    </w:p>
    <w:p w14:paraId="29513477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J’autorise la DCC à utiliser le nom de l’entreprise et les informations non confidentielles de la solution à des fins de communication.</w:t>
      </w:r>
    </w:p>
    <w:p w14:paraId="2B568F2D" w14:textId="77777777" w:rsidR="00BA4102" w:rsidRDefault="00000000">
      <w:pPr>
        <w:ind w:left="113" w:hanging="113"/>
      </w:pPr>
      <w:r>
        <w:rPr>
          <w:b/>
        </w:rPr>
        <w:t xml:space="preserve">☐ </w:t>
      </w:r>
      <w:r>
        <w:t>Je reconnais que la sélection ne constitue ni une validation réglementaire, ni une garantie d’investissement ou de financement.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3619E069" w14:textId="77777777">
        <w:trPr>
          <w:jc w:val="center"/>
        </w:trPr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32BF71F0" w14:textId="77777777" w:rsidR="00BA4102" w:rsidRDefault="00000000">
            <w:pPr>
              <w:jc w:val="center"/>
            </w:pPr>
            <w:r>
              <w:rPr>
                <w:b/>
                <w:color w:val="F5B400"/>
                <w:sz w:val="20"/>
              </w:rPr>
              <w:t>11</w:t>
            </w:r>
          </w:p>
        </w:tc>
        <w:tc>
          <w:tcPr>
            <w:tcW w:w="5074" w:type="dxa"/>
            <w:tcBorders>
              <w:top w:val="single" w:sz="7" w:space="0" w:color="0B4A2A"/>
              <w:left w:val="single" w:sz="7" w:space="0" w:color="0B4A2A"/>
              <w:bottom w:val="single" w:sz="7" w:space="0" w:color="0B4A2A"/>
              <w:right w:val="single" w:sz="7" w:space="0" w:color="0B4A2A"/>
            </w:tcBorders>
            <w:shd w:val="clear" w:color="auto" w:fill="0B4A2A"/>
            <w:tcMar>
              <w:top w:w="85" w:type="dxa"/>
              <w:left w:w="120" w:type="dxa"/>
              <w:bottom w:w="85" w:type="dxa"/>
              <w:right w:w="120" w:type="dxa"/>
            </w:tcMar>
            <w:vAlign w:val="center"/>
          </w:tcPr>
          <w:p w14:paraId="7582CDB0" w14:textId="77777777" w:rsidR="00BA4102" w:rsidRDefault="00000000">
            <w:r>
              <w:rPr>
                <w:b/>
                <w:color w:val="FFFFFF"/>
                <w:sz w:val="20"/>
              </w:rPr>
              <w:t>SIGNATURE</w:t>
            </w:r>
          </w:p>
        </w:tc>
      </w:tr>
    </w:tbl>
    <w:p w14:paraId="19C2DF35" w14:textId="77777777" w:rsidR="00BA4102" w:rsidRDefault="00BA4102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4"/>
        <w:gridCol w:w="5074"/>
      </w:tblGrid>
      <w:tr w:rsidR="00BA4102" w14:paraId="4B3DABE1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63F9BD88" w14:textId="77777777" w:rsidR="00BA4102" w:rsidRDefault="00000000">
            <w:r>
              <w:rPr>
                <w:b/>
                <w:color w:val="0B4A2A"/>
                <w:sz w:val="16"/>
              </w:rPr>
              <w:t>Nom et qualité du signataire *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shd w:val="clear" w:color="auto" w:fill="F3F7F1"/>
            <w:tcMar>
              <w:top w:w="70" w:type="dxa"/>
              <w:left w:w="120" w:type="dxa"/>
              <w:bottom w:w="60" w:type="dxa"/>
              <w:right w:w="120" w:type="dxa"/>
            </w:tcMar>
          </w:tcPr>
          <w:p w14:paraId="7EE8FCF8" w14:textId="77777777" w:rsidR="00BA4102" w:rsidRDefault="00000000">
            <w:r>
              <w:rPr>
                <w:b/>
                <w:color w:val="0B4A2A"/>
                <w:sz w:val="16"/>
              </w:rPr>
              <w:t>Lieu et date *</w:t>
            </w:r>
          </w:p>
        </w:tc>
      </w:tr>
      <w:tr w:rsidR="00BA4102" w14:paraId="0B019EE7" w14:textId="77777777">
        <w:trPr>
          <w:jc w:val="center"/>
        </w:trPr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7F7C543" w14:textId="77777777" w:rsidR="00BA4102" w:rsidRDefault="00000000">
            <w:r>
              <w:t xml:space="preserve"> </w:t>
            </w:r>
          </w:p>
        </w:tc>
        <w:tc>
          <w:tcPr>
            <w:tcW w:w="5074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30" w:type="dxa"/>
              <w:left w:w="120" w:type="dxa"/>
              <w:bottom w:w="130" w:type="dxa"/>
              <w:right w:w="120" w:type="dxa"/>
            </w:tcMar>
          </w:tcPr>
          <w:p w14:paraId="17574BBF" w14:textId="77777777" w:rsidR="00BA4102" w:rsidRDefault="00000000">
            <w:r>
              <w:t xml:space="preserve"> </w:t>
            </w:r>
          </w:p>
        </w:tc>
      </w:tr>
    </w:tbl>
    <w:p w14:paraId="5839C674" w14:textId="77777777" w:rsidR="00BA4102" w:rsidRDefault="00BA4102">
      <w:pPr>
        <w:spacing w:after="0"/>
      </w:pPr>
    </w:p>
    <w:p w14:paraId="3B7F355F" w14:textId="77777777" w:rsidR="00BA4102" w:rsidRDefault="00000000">
      <w:pPr>
        <w:spacing w:before="40" w:after="20"/>
      </w:pPr>
      <w:r>
        <w:rPr>
          <w:b/>
          <w:color w:val="0B4A2A"/>
          <w:sz w:val="17"/>
        </w:rPr>
        <w:t>Signature précédée de la mention « Lu et approuvé » *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148"/>
      </w:tblGrid>
      <w:tr w:rsidR="00BA4102" w14:paraId="21BEB155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A2F403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116971B5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2BA5C453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3513293C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153BE028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  <w:tr w:rsidR="00BA4102" w14:paraId="18DB648D" w14:textId="77777777">
        <w:trPr>
          <w:jc w:val="center"/>
        </w:trPr>
        <w:tc>
          <w:tcPr>
            <w:tcW w:w="10148" w:type="dxa"/>
            <w:tcBorders>
              <w:top w:val="single" w:sz="7" w:space="0" w:color="C8D3CC"/>
              <w:left w:val="single" w:sz="7" w:space="0" w:color="C8D3CC"/>
              <w:bottom w:val="single" w:sz="7" w:space="0" w:color="C8D3CC"/>
              <w:right w:val="single" w:sz="7" w:space="0" w:color="C8D3CC"/>
            </w:tcBorders>
            <w:tcMar>
              <w:top w:w="110" w:type="dxa"/>
              <w:left w:w="120" w:type="dxa"/>
              <w:bottom w:w="110" w:type="dxa"/>
              <w:right w:w="120" w:type="dxa"/>
            </w:tcMar>
          </w:tcPr>
          <w:p w14:paraId="3B21C04F" w14:textId="77777777" w:rsidR="00BA4102" w:rsidRDefault="00000000">
            <w:pPr>
              <w:spacing w:after="0"/>
            </w:pPr>
            <w:r>
              <w:t xml:space="preserve"> </w:t>
            </w:r>
          </w:p>
        </w:tc>
      </w:tr>
    </w:tbl>
    <w:p w14:paraId="33AD447F" w14:textId="77777777" w:rsidR="00BA4102" w:rsidRDefault="00BA4102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30"/>
      </w:tblGrid>
      <w:tr w:rsidR="00BA4102" w14:paraId="6C6E1DDA" w14:textId="77777777">
        <w:trPr>
          <w:jc w:val="center"/>
        </w:trPr>
        <w:tc>
          <w:tcPr>
            <w:tcW w:w="10148" w:type="dxa"/>
            <w:tcBorders>
              <w:top w:val="single" w:sz="7" w:space="0" w:color="96BD24"/>
              <w:left w:val="single" w:sz="7" w:space="0" w:color="96BD24"/>
              <w:bottom w:val="single" w:sz="7" w:space="0" w:color="96BD24"/>
              <w:right w:val="single" w:sz="7" w:space="0" w:color="96BD24"/>
            </w:tcBorders>
            <w:shd w:val="clear" w:color="auto" w:fill="E9F2E6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19299CB9" w14:textId="77777777" w:rsidR="00BA4102" w:rsidRDefault="00000000">
            <w:pPr>
              <w:jc w:val="center"/>
            </w:pPr>
            <w:r>
              <w:rPr>
                <w:b/>
                <w:color w:val="0B4A2A"/>
                <w:sz w:val="17"/>
              </w:rPr>
              <w:t>La participation au Diamond Next Gen Challenge est gratuite et indépendante de toute offre commerciale ou de sponsoring.</w:t>
            </w:r>
          </w:p>
        </w:tc>
      </w:tr>
    </w:tbl>
    <w:p w14:paraId="577C1A52" w14:textId="77777777" w:rsidR="00BA4102" w:rsidRDefault="00BA4102">
      <w:pPr>
        <w:spacing w:after="0"/>
      </w:pPr>
    </w:p>
    <w:sectPr w:rsidR="00BA4102" w:rsidSect="00034616">
      <w:headerReference w:type="default" r:id="rId9"/>
      <w:footerReference w:type="default" r:id="rId10"/>
      <w:pgSz w:w="11906" w:h="16838"/>
      <w:pgMar w:top="709" w:right="879" w:bottom="709" w:left="879" w:header="255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1656F" w14:textId="77777777" w:rsidR="00D34515" w:rsidRDefault="00D34515">
      <w:pPr>
        <w:spacing w:after="0" w:line="240" w:lineRule="auto"/>
      </w:pPr>
      <w:r>
        <w:separator/>
      </w:r>
    </w:p>
  </w:endnote>
  <w:endnote w:type="continuationSeparator" w:id="0">
    <w:p w14:paraId="4FBACCF3" w14:textId="77777777" w:rsidR="00D34515" w:rsidRDefault="00D3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3E34" w14:textId="77777777" w:rsidR="00BA4102" w:rsidRDefault="00000000">
    <w:pPr>
      <w:pStyle w:val="Pieddepage"/>
      <w:jc w:val="center"/>
    </w:pPr>
    <w:r>
      <w:rPr>
        <w:color w:val="66716B"/>
        <w:sz w:val="14"/>
      </w:rPr>
      <w:t xml:space="preserve">Diamond Capital Convention </w:t>
    </w:r>
    <w:proofErr w:type="gramStart"/>
    <w:r>
      <w:rPr>
        <w:color w:val="66716B"/>
        <w:sz w:val="14"/>
      </w:rPr>
      <w:t>2026  •</w:t>
    </w:r>
    <w:proofErr w:type="gramEnd"/>
    <w:r>
      <w:rPr>
        <w:color w:val="66716B"/>
        <w:sz w:val="14"/>
      </w:rPr>
      <w:t xml:space="preserve">  23–25 </w:t>
    </w:r>
    <w:proofErr w:type="spellStart"/>
    <w:r>
      <w:rPr>
        <w:color w:val="66716B"/>
        <w:sz w:val="14"/>
      </w:rPr>
      <w:t>septembre</w:t>
    </w:r>
    <w:proofErr w:type="spellEnd"/>
    <w:r>
      <w:rPr>
        <w:color w:val="66716B"/>
        <w:sz w:val="14"/>
      </w:rPr>
      <w:t xml:space="preserve"> </w:t>
    </w:r>
    <w:proofErr w:type="gramStart"/>
    <w:r>
      <w:rPr>
        <w:color w:val="66716B"/>
        <w:sz w:val="14"/>
      </w:rPr>
      <w:t>2026  •</w:t>
    </w:r>
    <w:proofErr w:type="gramEnd"/>
    <w:r>
      <w:rPr>
        <w:color w:val="66716B"/>
        <w:sz w:val="14"/>
      </w:rPr>
      <w:t xml:space="preserve">  Douala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6199" w14:textId="77777777" w:rsidR="00D34515" w:rsidRDefault="00D34515">
      <w:pPr>
        <w:spacing w:after="0" w:line="240" w:lineRule="auto"/>
      </w:pPr>
      <w:r>
        <w:separator/>
      </w:r>
    </w:p>
  </w:footnote>
  <w:footnote w:type="continuationSeparator" w:id="0">
    <w:p w14:paraId="604A79F7" w14:textId="77777777" w:rsidR="00D34515" w:rsidRDefault="00D34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C66D" w14:textId="77777777" w:rsidR="00BA4102" w:rsidRDefault="00000000">
    <w:pPr>
      <w:pStyle w:val="En-tte"/>
      <w:jc w:val="right"/>
    </w:pPr>
    <w:r>
      <w:rPr>
        <w:b/>
        <w:color w:val="0B4A2A"/>
        <w:sz w:val="15"/>
      </w:rPr>
      <w:t>DIAMOND NEXT GEN CHALLENGE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1255662">
    <w:abstractNumId w:val="8"/>
  </w:num>
  <w:num w:numId="2" w16cid:durableId="428283157">
    <w:abstractNumId w:val="6"/>
  </w:num>
  <w:num w:numId="3" w16cid:durableId="1315527501">
    <w:abstractNumId w:val="5"/>
  </w:num>
  <w:num w:numId="4" w16cid:durableId="1191650175">
    <w:abstractNumId w:val="4"/>
  </w:num>
  <w:num w:numId="5" w16cid:durableId="675689195">
    <w:abstractNumId w:val="7"/>
  </w:num>
  <w:num w:numId="6" w16cid:durableId="1799687320">
    <w:abstractNumId w:val="3"/>
  </w:num>
  <w:num w:numId="7" w16cid:durableId="1729650642">
    <w:abstractNumId w:val="2"/>
  </w:num>
  <w:num w:numId="8" w16cid:durableId="1910309066">
    <w:abstractNumId w:val="1"/>
  </w:num>
  <w:num w:numId="9" w16cid:durableId="618995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5406B"/>
    <w:rsid w:val="00AA1D8D"/>
    <w:rsid w:val="00B02BB8"/>
    <w:rsid w:val="00B47730"/>
    <w:rsid w:val="00BA4102"/>
    <w:rsid w:val="00CB0664"/>
    <w:rsid w:val="00D345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C8B43"/>
  <w14:defaultImageDpi w14:val="300"/>
  <w15:docId w15:val="{4C268CBE-E1C9-4E85-9031-8B358455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201C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FFFFFF"/>
      <w:sz w:val="26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0B4A2A"/>
      <w:sz w:val="21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0B4A2A"/>
      <w:spacing w:val="5"/>
      <w:kern w:val="28"/>
      <w:sz w:val="5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  <w:spacing w:after="180"/>
    </w:pPr>
    <w:rPr>
      <w:rFonts w:asciiTheme="majorHAnsi" w:eastAsiaTheme="majorEastAsia" w:hAnsiTheme="majorHAnsi" w:cstheme="majorBidi"/>
      <w:b/>
      <w:i/>
      <w:iCs/>
      <w:color w:val="66716B"/>
      <w:spacing w:val="15"/>
      <w:sz w:val="22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Arnold DONGMO KUETE</cp:lastModifiedBy>
  <cp:revision>2</cp:revision>
  <dcterms:created xsi:type="dcterms:W3CDTF">2026-08-17T15:39:00Z</dcterms:created>
  <dcterms:modified xsi:type="dcterms:W3CDTF">2026-08-17T15:39:00Z</dcterms:modified>
  <cp:category/>
</cp:coreProperties>
</file>